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14C" w:rsidRDefault="001768AB">
      <w:pPr>
        <w:pStyle w:val="Heading1"/>
      </w:pPr>
      <w:bookmarkStart w:id="0" w:name="_GoBack"/>
      <w:bookmarkEnd w:id="0"/>
      <w:r>
        <w:t>FULL STACK DEVELOPMENT (BIS601)</w:t>
      </w:r>
    </w:p>
    <w:p w:rsidR="0019314C" w:rsidRDefault="001768AB">
      <w:pPr>
        <w:pStyle w:val="Heading2"/>
      </w:pPr>
      <w:r>
        <w:t xml:space="preserve">Module 2 </w:t>
      </w:r>
    </w:p>
    <w:p w:rsidR="0019314C" w:rsidRDefault="001768AB">
      <w:pPr>
        <w:pStyle w:val="Heading3"/>
      </w:pPr>
      <w:r>
        <w:t>1. Document Object Model (DOM) and its Structure</w:t>
      </w:r>
    </w:p>
    <w:p w:rsidR="0019314C" w:rsidRDefault="001768AB">
      <w:r>
        <w:t>The Document Object Model (DOM) is a programming interface for web documents. It represents an HTML or XML document as a tree structure where each node is an object representing a part of the document.</w:t>
      </w:r>
      <w:r>
        <w:br/>
      </w:r>
      <w:r>
        <w:br/>
        <w:t>DOM Tree Structure:</w:t>
      </w:r>
      <w:r>
        <w:br/>
        <w:t>- Document → Root node</w:t>
      </w:r>
      <w:r>
        <w:br/>
        <w:t>- Elements → HTML tags</w:t>
      </w:r>
      <w:r>
        <w:br/>
        <w:t>- Attributes → Properties of elements</w:t>
      </w:r>
      <w:r>
        <w:br/>
        <w:t>- Text → Content inside elements</w:t>
      </w:r>
      <w:r>
        <w:br/>
      </w:r>
      <w:r>
        <w:br/>
        <w:t>Example HTML:</w:t>
      </w:r>
      <w:r>
        <w:br/>
        <w:t>&lt;html&gt;</w:t>
      </w:r>
      <w:r>
        <w:br/>
        <w:t xml:space="preserve">  &lt;body&gt;</w:t>
      </w:r>
      <w:r>
        <w:br/>
        <w:t xml:space="preserve">    &lt;h1&gt;Hello&lt;/h1&gt;</w:t>
      </w:r>
      <w:r>
        <w:br/>
        <w:t xml:space="preserve">  &lt;/body&gt;</w:t>
      </w:r>
      <w:r>
        <w:br/>
        <w:t>&lt;/html&gt;</w:t>
      </w:r>
      <w:r>
        <w:br/>
      </w:r>
      <w:r>
        <w:br/>
        <w:t>DOM Tree:</w:t>
      </w:r>
      <w:r>
        <w:br/>
        <w:t>Document</w:t>
      </w:r>
      <w:r>
        <w:br/>
        <w:t xml:space="preserve"> └── html</w:t>
      </w:r>
      <w:r>
        <w:br/>
        <w:t xml:space="preserve">     └── body</w:t>
      </w:r>
      <w:r>
        <w:br/>
        <w:t xml:space="preserve">         └── h1</w:t>
      </w:r>
      <w:r>
        <w:br/>
        <w:t xml:space="preserve">             └── "Hello"</w:t>
      </w:r>
      <w:r>
        <w:br/>
      </w:r>
      <w:r>
        <w:br/>
        <w:t>Using JavaScript, we can:</w:t>
      </w:r>
      <w:r>
        <w:br/>
        <w:t>- Access elements</w:t>
      </w:r>
      <w:r>
        <w:br/>
        <w:t>- Modify content</w:t>
      </w:r>
      <w:r>
        <w:br/>
        <w:t>- Change styles</w:t>
      </w:r>
      <w:r>
        <w:br/>
        <w:t>- Add or remove elements</w:t>
      </w:r>
      <w:r>
        <w:br/>
      </w:r>
      <w:r>
        <w:br/>
        <w:t>Example:</w:t>
      </w:r>
      <w:r>
        <w:br/>
        <w:t>document.getElementById("title").innerHTML = "Welcome";</w:t>
      </w:r>
      <w:r>
        <w:br/>
      </w:r>
      <w:r>
        <w:br/>
        <w:t>The DOM allows dynamic webpage updates without reloading.</w:t>
      </w:r>
      <w:r>
        <w:br/>
      </w:r>
    </w:p>
    <w:p w:rsidR="0019314C" w:rsidRDefault="001768AB">
      <w:pPr>
        <w:pStyle w:val="Heading3"/>
      </w:pPr>
      <w:r>
        <w:lastRenderedPageBreak/>
        <w:t>2. DOM Significance, Event Delegation, Bubbling and Capturing</w:t>
      </w:r>
    </w:p>
    <w:p w:rsidR="0019314C" w:rsidRDefault="001768AB">
      <w:r>
        <w:t>The DOM allows developers to dynamically change webpage content and structure.</w:t>
      </w:r>
      <w:r>
        <w:br/>
      </w:r>
      <w:r>
        <w:br/>
        <w:t>Event Propagation:</w:t>
      </w:r>
      <w:r>
        <w:br/>
        <w:t>Events move through three phases:</w:t>
      </w:r>
      <w:r>
        <w:br/>
        <w:t>1. Capturing Phase – event travels from root to target</w:t>
      </w:r>
      <w:r>
        <w:br/>
        <w:t>2. Target Phase – event reaches the target element</w:t>
      </w:r>
      <w:r>
        <w:br/>
        <w:t>3. Bubbling Phase – event travels back to root</w:t>
      </w:r>
      <w:r>
        <w:br/>
      </w:r>
      <w:r>
        <w:br/>
        <w:t>Example:</w:t>
      </w:r>
      <w:r>
        <w:br/>
        <w:t>document.getElementById("btn").addEventListener("click", function(){</w:t>
      </w:r>
      <w:r>
        <w:br/>
        <w:t xml:space="preserve">    console.log("Clicked");</w:t>
      </w:r>
      <w:r>
        <w:br/>
        <w:t>});</w:t>
      </w:r>
      <w:r>
        <w:br/>
      </w:r>
      <w:r>
        <w:br/>
        <w:t>Event Delegation:</w:t>
      </w:r>
      <w:r>
        <w:br/>
        <w:t>Instead of adding listeners to multiple child elements, a single listener is added to the parent.</w:t>
      </w:r>
      <w:r>
        <w:br/>
      </w:r>
      <w:r>
        <w:br/>
        <w:t>Example:</w:t>
      </w:r>
      <w:r>
        <w:br/>
        <w:t>document.getElementById("list").addEventListener("click", function(e){</w:t>
      </w:r>
      <w:r>
        <w:br/>
        <w:t xml:space="preserve">    if(e.target.tagName === "LI"){</w:t>
      </w:r>
      <w:r>
        <w:br/>
        <w:t xml:space="preserve">        console.log("Item clicked");</w:t>
      </w:r>
      <w:r>
        <w:br/>
        <w:t xml:space="preserve">    }</w:t>
      </w:r>
      <w:r>
        <w:br/>
        <w:t>});</w:t>
      </w:r>
      <w:r>
        <w:br/>
      </w:r>
      <w:r>
        <w:br/>
        <w:t>Advantages:</w:t>
      </w:r>
      <w:r>
        <w:br/>
        <w:t>- Improves performance</w:t>
      </w:r>
      <w:r>
        <w:br/>
        <w:t>- Handles dynamically added elements</w:t>
      </w:r>
      <w:r>
        <w:br/>
      </w:r>
    </w:p>
    <w:p w:rsidR="0019314C" w:rsidRDefault="001768AB">
      <w:pPr>
        <w:pStyle w:val="Heading3"/>
      </w:pPr>
      <w:r>
        <w:t>3. Six DOM Methods and Content Manipulation</w:t>
      </w:r>
    </w:p>
    <w:p w:rsidR="0019314C" w:rsidRDefault="001768AB">
      <w:r>
        <w:t>Common DOM Methods:</w:t>
      </w:r>
      <w:r>
        <w:br/>
      </w:r>
      <w:r>
        <w:br/>
        <w:t>1. getElementById()</w:t>
      </w:r>
      <w:r>
        <w:br/>
        <w:t>2. getElementsByClassName()</w:t>
      </w:r>
      <w:r>
        <w:br/>
        <w:t>3. getElementsByTagName()</w:t>
      </w:r>
      <w:r>
        <w:br/>
        <w:t>4. querySelector()</w:t>
      </w:r>
      <w:r>
        <w:br/>
        <w:t>5. querySelectorAll()</w:t>
      </w:r>
      <w:r>
        <w:br/>
        <w:t>6. createElement()</w:t>
      </w:r>
      <w:r>
        <w:br/>
      </w:r>
      <w:r>
        <w:br/>
        <w:t>Content Manipulation:</w:t>
      </w:r>
      <w:r>
        <w:br/>
        <w:t>innerHTML – changes HTML content</w:t>
      </w:r>
      <w:r>
        <w:br/>
        <w:t>textContent – changes only text</w:t>
      </w:r>
      <w:r>
        <w:br/>
        <w:t>setAttribute() – changes attributes</w:t>
      </w:r>
      <w:r>
        <w:br/>
      </w:r>
      <w:r>
        <w:lastRenderedPageBreak/>
        <w:br/>
        <w:t>Example:</w:t>
      </w:r>
      <w:r>
        <w:br/>
        <w:t>let el = document.getElementById("demo");</w:t>
      </w:r>
      <w:r>
        <w:br/>
        <w:t>el.innerHTML = "&lt;b&gt;Hello&lt;/b&gt;";</w:t>
      </w:r>
      <w:r>
        <w:br/>
        <w:t>el.textContent = "Hello";</w:t>
      </w:r>
      <w:r>
        <w:br/>
        <w:t>el.setAttribute("class", "newClass");</w:t>
      </w:r>
      <w:r>
        <w:br/>
      </w:r>
    </w:p>
    <w:p w:rsidR="0019314C" w:rsidRDefault="001768AB">
      <w:pPr>
        <w:pStyle w:val="Heading3"/>
      </w:pPr>
      <w:r>
        <w:t>4. Selecting Elements and Event Listeners</w:t>
      </w:r>
    </w:p>
    <w:p w:rsidR="0019314C" w:rsidRDefault="001768AB">
      <w:r>
        <w:t>Methods to select elements:</w:t>
      </w:r>
      <w:r>
        <w:br/>
        <w:t>- document.getElementById()</w:t>
      </w:r>
      <w:r>
        <w:br/>
        <w:t>- document.querySelector()</w:t>
      </w:r>
      <w:r>
        <w:br/>
        <w:t>- document.querySelectorAll()</w:t>
      </w:r>
      <w:r>
        <w:br/>
      </w:r>
      <w:r>
        <w:br/>
        <w:t>Event Listeners:</w:t>
      </w:r>
      <w:r>
        <w:br/>
        <w:t>They allow attaching events using JavaScript.</w:t>
      </w:r>
      <w:r>
        <w:br/>
      </w:r>
      <w:r>
        <w:br/>
        <w:t>Example:</w:t>
      </w:r>
      <w:r>
        <w:br/>
        <w:t>element.addEventListener("click", function(){</w:t>
      </w:r>
      <w:r>
        <w:br/>
        <w:t xml:space="preserve">    alert("Clicked");</w:t>
      </w:r>
      <w:r>
        <w:br/>
        <w:t>});</w:t>
      </w:r>
      <w:r>
        <w:br/>
      </w:r>
      <w:r>
        <w:br/>
        <w:t>Difference from onclick:</w:t>
      </w:r>
      <w:r>
        <w:br/>
        <w:t>- Allows multiple events</w:t>
      </w:r>
      <w:r>
        <w:br/>
        <w:t>- Better separation of HTML and JavaScript</w:t>
      </w:r>
      <w:r>
        <w:br/>
      </w:r>
    </w:p>
    <w:p w:rsidR="0019314C" w:rsidRDefault="001768AB">
      <w:pPr>
        <w:pStyle w:val="Heading3"/>
      </w:pPr>
      <w:r>
        <w:t>5. Practical Event Handling Example</w:t>
      </w:r>
    </w:p>
    <w:p w:rsidR="0019314C" w:rsidRDefault="001768AB">
      <w:r>
        <w:t>HTML:</w:t>
      </w:r>
      <w:r>
        <w:br/>
        <w:t>&lt;button id="btn"&gt;Click Me&lt;/button&gt;</w:t>
      </w:r>
      <w:r>
        <w:br/>
        <w:t>&lt;img id="img" src="image.jpg" width="200"&gt;</w:t>
      </w:r>
      <w:r>
        <w:br/>
      </w:r>
      <w:r>
        <w:br/>
        <w:t>JavaScript:</w:t>
      </w:r>
      <w:r>
        <w:br/>
        <w:t>document.getElementById("btn").addEventListener("click", function(){</w:t>
      </w:r>
      <w:r>
        <w:br/>
        <w:t xml:space="preserve">    console.log("Button clicked!");</w:t>
      </w:r>
      <w:r>
        <w:br/>
        <w:t>});</w:t>
      </w:r>
      <w:r>
        <w:br/>
      </w:r>
      <w:r>
        <w:br/>
        <w:t>document.getElementById("img").addEventListener("mouseover", function(){</w:t>
      </w:r>
      <w:r>
        <w:br/>
        <w:t xml:space="preserve">    this.style.border = "3px solid red";</w:t>
      </w:r>
      <w:r>
        <w:br/>
        <w:t>});</w:t>
      </w:r>
      <w:r>
        <w:br/>
      </w:r>
      <w:r>
        <w:br/>
        <w:t>document.addEventListener("keydown", function(e){</w:t>
      </w:r>
      <w:r>
        <w:br/>
        <w:t xml:space="preserve">    console.log("Key pressed:", e.key);</w:t>
      </w:r>
      <w:r>
        <w:br/>
      </w:r>
      <w:r>
        <w:lastRenderedPageBreak/>
        <w:t>});</w:t>
      </w:r>
      <w:r>
        <w:br/>
      </w:r>
    </w:p>
    <w:p w:rsidR="0019314C" w:rsidRDefault="001768AB">
      <w:pPr>
        <w:pStyle w:val="Heading3"/>
      </w:pPr>
      <w:r>
        <w:t>6. Methods to Select DOM Elements</w:t>
      </w:r>
    </w:p>
    <w:p w:rsidR="0019314C" w:rsidRDefault="001768AB">
      <w:r>
        <w:t>getElementById() – returns single element</w:t>
      </w:r>
      <w:r>
        <w:br/>
        <w:t>getElementsByClassName() – HTMLCollection</w:t>
      </w:r>
      <w:r>
        <w:br/>
        <w:t>getElementsByTagName() – HTMLCollection</w:t>
      </w:r>
      <w:r>
        <w:br/>
        <w:t>querySelector() – first matching element</w:t>
      </w:r>
      <w:r>
        <w:br/>
        <w:t>querySelectorAll() – NodeList of all matches</w:t>
      </w:r>
      <w:r>
        <w:br/>
      </w:r>
      <w:r>
        <w:br/>
        <w:t>Difference:</w:t>
      </w:r>
      <w:r>
        <w:br/>
        <w:t>querySelector uses CSS selectors and is more flexible.</w:t>
      </w:r>
      <w:r>
        <w:br/>
      </w:r>
    </w:p>
    <w:p w:rsidR="0019314C" w:rsidRDefault="001768AB">
      <w:pPr>
        <w:pStyle w:val="Heading3"/>
      </w:pPr>
      <w:r>
        <w:t>7. Types of Events and Event Handling Methods</w:t>
      </w:r>
    </w:p>
    <w:p w:rsidR="0019314C" w:rsidRDefault="001768AB">
      <w:r>
        <w:t>Common Events:</w:t>
      </w:r>
      <w:r>
        <w:br/>
        <w:t>click, mouseover, keydown, submit, load, change</w:t>
      </w:r>
      <w:r>
        <w:br/>
      </w:r>
      <w:r>
        <w:br/>
        <w:t>Methods of Event Handling:</w:t>
      </w:r>
      <w:r>
        <w:br/>
      </w:r>
      <w:r>
        <w:br/>
        <w:t>1. Inline HTML</w:t>
      </w:r>
      <w:r>
        <w:br/>
        <w:t>&lt;button onclick="show()"&gt;Click&lt;/button&gt;</w:t>
      </w:r>
      <w:r>
        <w:br/>
      </w:r>
      <w:r>
        <w:br/>
        <w:t>2. DOM Property</w:t>
      </w:r>
      <w:r>
        <w:br/>
        <w:t>element.onclick = function(){}</w:t>
      </w:r>
      <w:r>
        <w:br/>
      </w:r>
      <w:r>
        <w:br/>
        <w:t>3. addEventListener()</w:t>
      </w:r>
      <w:r>
        <w:br/>
        <w:t>element.addEventListener("click", show);</w:t>
      </w:r>
      <w:r>
        <w:br/>
      </w:r>
      <w:r>
        <w:br/>
        <w:t>addEventListener is preferred because it allows multiple handlers.</w:t>
      </w:r>
      <w:r>
        <w:br/>
      </w:r>
    </w:p>
    <w:p w:rsidR="0019314C" w:rsidRDefault="001768AB">
      <w:pPr>
        <w:pStyle w:val="Heading3"/>
      </w:pPr>
      <w:r>
        <w:t>8. Binding Events in JavaScript</w:t>
      </w:r>
    </w:p>
    <w:p w:rsidR="0019314C" w:rsidRDefault="001768AB">
      <w:r>
        <w:t>Events can be bound using:</w:t>
      </w:r>
      <w:r>
        <w:br/>
      </w:r>
      <w:r>
        <w:br/>
        <w:t>1. HTML attributes</w:t>
      </w:r>
      <w:r>
        <w:br/>
        <w:t>&lt;button onclick="func()"&gt;</w:t>
      </w:r>
      <w:r>
        <w:br/>
      </w:r>
      <w:r>
        <w:br/>
        <w:t>2. JavaScript property</w:t>
      </w:r>
      <w:r>
        <w:br/>
        <w:t>element.onclick = func;</w:t>
      </w:r>
      <w:r>
        <w:br/>
      </w:r>
      <w:r>
        <w:br/>
        <w:t>3. addEventListener()</w:t>
      </w:r>
      <w:r>
        <w:br/>
        <w:t>element.addEventListener("click", func);</w:t>
      </w:r>
      <w:r>
        <w:br/>
      </w:r>
      <w:r>
        <w:br/>
      </w:r>
      <w:r>
        <w:lastRenderedPageBreak/>
        <w:t>Advantages of addEventListener:</w:t>
      </w:r>
      <w:r>
        <w:br/>
        <w:t>- Multiple events allowed</w:t>
      </w:r>
      <w:r>
        <w:br/>
        <w:t>- Better control</w:t>
      </w:r>
      <w:r>
        <w:br/>
        <w:t>- Supports capturing and bubbling</w:t>
      </w:r>
      <w:r>
        <w:br/>
      </w:r>
    </w:p>
    <w:p w:rsidR="0019314C" w:rsidRDefault="001768AB">
      <w:pPr>
        <w:pStyle w:val="Heading3"/>
      </w:pPr>
      <w:r>
        <w:t>9. Removing Event Listeners</w:t>
      </w:r>
    </w:p>
    <w:p w:rsidR="0019314C" w:rsidRDefault="001768AB">
      <w:r>
        <w:t>Syntax:</w:t>
      </w:r>
      <w:r>
        <w:br/>
        <w:t>element.removeEventListener("click", functionName);</w:t>
      </w:r>
      <w:r>
        <w:br/>
      </w:r>
      <w:r>
        <w:br/>
        <w:t>Conditions:</w:t>
      </w:r>
      <w:r>
        <w:br/>
        <w:t>- Same event type</w:t>
      </w:r>
      <w:r>
        <w:br/>
        <w:t>- Same function reference</w:t>
      </w:r>
      <w:r>
        <w:br/>
        <w:t>- Same options used</w:t>
      </w:r>
      <w:r>
        <w:br/>
      </w:r>
      <w:r>
        <w:br/>
        <w:t>Example:</w:t>
      </w:r>
      <w:r>
        <w:br/>
        <w:t>function show(){</w:t>
      </w:r>
      <w:r>
        <w:br/>
        <w:t xml:space="preserve">    console.log("Clicked");</w:t>
      </w:r>
      <w:r>
        <w:br/>
        <w:t>}</w:t>
      </w:r>
      <w:r>
        <w:br/>
      </w:r>
      <w:r>
        <w:br/>
        <w:t>btn.addEventListener("click", show);</w:t>
      </w:r>
      <w:r>
        <w:br/>
        <w:t>btn.removeEventListener("click", show);</w:t>
      </w:r>
      <w:r>
        <w:br/>
      </w:r>
    </w:p>
    <w:p w:rsidR="0019314C" w:rsidRDefault="001768AB">
      <w:pPr>
        <w:pStyle w:val="Heading3"/>
      </w:pPr>
      <w:r>
        <w:t>10. Form Enhancement and Validation</w:t>
      </w:r>
    </w:p>
    <w:p w:rsidR="0019314C" w:rsidRDefault="001768AB">
      <w:r>
        <w:t>JavaScript improves form usability through validation.</w:t>
      </w:r>
      <w:r>
        <w:br/>
      </w:r>
      <w:r>
        <w:br/>
        <w:t>Types of Validation:</w:t>
      </w:r>
      <w:r>
        <w:br/>
      </w:r>
      <w:r>
        <w:br/>
        <w:t>1. Required Field</w:t>
      </w:r>
      <w:r>
        <w:br/>
        <w:t>if(name.value === ""){</w:t>
      </w:r>
      <w:r>
        <w:br/>
        <w:t xml:space="preserve">    alert("Name required");</w:t>
      </w:r>
      <w:r>
        <w:br/>
        <w:t>}</w:t>
      </w:r>
      <w:r>
        <w:br/>
      </w:r>
      <w:r>
        <w:br/>
        <w:t>2. Email Format</w:t>
      </w:r>
      <w:r>
        <w:br/>
        <w:t>let pattern = /^[^ ]+@[^ ]+\.[a-z]{2,3}$/;</w:t>
      </w:r>
      <w:r>
        <w:br/>
        <w:t>if(!pattern.test(email.value)){</w:t>
      </w:r>
      <w:r>
        <w:br/>
        <w:t xml:space="preserve">    alert("Invalid email");</w:t>
      </w:r>
      <w:r>
        <w:br/>
        <w:t>}</w:t>
      </w:r>
      <w:r>
        <w:br/>
      </w:r>
      <w:r>
        <w:br/>
        <w:t>3. Password Strength</w:t>
      </w:r>
      <w:r>
        <w:br/>
        <w:t>Check length and special characters.</w:t>
      </w:r>
      <w:r>
        <w:br/>
      </w:r>
      <w:r>
        <w:br/>
        <w:t>4. Real-time Validation</w:t>
      </w:r>
      <w:r>
        <w:br/>
      </w:r>
      <w:r>
        <w:lastRenderedPageBreak/>
        <w:t>input.addEventListener("input", function(){</w:t>
      </w:r>
      <w:r>
        <w:br/>
        <w:t xml:space="preserve">    if(this.value.length &lt; 6){</w:t>
      </w:r>
      <w:r>
        <w:br/>
        <w:t xml:space="preserve">        this.style.border = "2px solid red";</w:t>
      </w:r>
      <w:r>
        <w:br/>
        <w:t xml:space="preserve">    }</w:t>
      </w:r>
      <w:r>
        <w:br/>
        <w:t>});</w:t>
      </w:r>
      <w:r>
        <w:br/>
      </w:r>
      <w:r>
        <w:br/>
        <w:t>Benefits:</w:t>
      </w:r>
      <w:r>
        <w:br/>
        <w:t>- Prevents incorrect data</w:t>
      </w:r>
      <w:r>
        <w:br/>
        <w:t>- Improves user experience</w:t>
      </w:r>
      <w:r>
        <w:br/>
        <w:t>- Reduces server load</w:t>
      </w:r>
      <w:r>
        <w:br/>
      </w:r>
    </w:p>
    <w:sectPr w:rsidR="001931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68AB"/>
    <w:rsid w:val="0019314C"/>
    <w:rsid w:val="0029639D"/>
    <w:rsid w:val="00326F90"/>
    <w:rsid w:val="008B0C5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FBA7A2D-DEF8-4628-926A-9E28FAAD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99B235-F9D9-4EC2-9B41-FA060378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Windows-E</cp:lastModifiedBy>
  <cp:revision>2</cp:revision>
  <dcterms:created xsi:type="dcterms:W3CDTF">2026-02-24T06:30:00Z</dcterms:created>
  <dcterms:modified xsi:type="dcterms:W3CDTF">2026-02-24T06:30:00Z</dcterms:modified>
  <cp:category/>
</cp:coreProperties>
</file>